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3"/>
          <w:rtl/>
          <w:szCs w:val="33"/>
          <w:bCs/>
        </w:rPr>
        <w:t>🏆 דף תרגול: טריוויה של הסקה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6D28D9"/>
          <w:sz w:val="23"/>
          <w:rtl/>
          <w:szCs w:val="23"/>
          <w:bCs/>
        </w:rPr>
        <w:t>מסלול רגיל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27"/>
          <w:rtl/>
          <w:szCs w:val="27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הדף מתרגל את המיומנות של המשחק באתר: הבנה והסקה. נושאים: 🕎 כסליו–חנוכה, 🌍 גלובליזציה – כפר עולמי. זמן משוער: 15–25 דק׳. מסלול רגיל.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א׳ – טריוויה של הסקה: 🕎 כסליו–חנוכה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1. ב – כי הוא נותן מאורו לאחרים ואורו לא קטן מכך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2. א – נקודת המבט של המספר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3. ג – החג מוסיף אור בתקופה החשוכה בשנה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4. ד – יש דברים שערכם בעצם המבט בהם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5. א – כל קהילה התאימה את המנהג למטבח ולחומרים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ב׳ – טריוויה של הסקה: 🌍 גלובליזציה – כפר עולמי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1. ב – שרשרת אספקה גלובלית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2. ג – כי הם מקצרים דרך ועוברות בהם אוניות 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3. ד – היא מגדילה מבחר ותעסוקה, אך מעוררת שאלות על סביבה ותנאי 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ג׳ – שאלת הסקה משלכם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שאלת הסקה (לא איתור); תשובה נכונה אחת.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1"/>
          <w:rtl/>
          <w:szCs w:val="31"/>
          <w:bCs/>
        </w:rPr>
        <w:t>🏆 טריוויה של הסקה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6D28D9"/>
          <w:sz w:val="23"/>
          <w:rtl/>
          <w:szCs w:val="23"/>
          <w:bCs/>
        </w:rPr>
        <w:t>מסלול: רגיל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א׳ – טריוויה של הסקה: 🕎 כסליו–חנוכה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הקיפו את התשובה הנכונה. חלק מהשאלות דורשות הסקה, לא רק זכירה.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1. מדוע, לדעתכם, נבחר דווקא השמש לסמל של מנהיגות?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כי הוא הנר הגבוה והחזק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כי הוא נותן מאורו לאחרים ואורו לא קטן מכך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כי הוא דולק הכי הרבה זמן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ד. כי הוא עשוי משעווה מיוחדת</w:t>
      </w:r>
    </w:p>
    <w:p>
      <w:pPr>
        <w:bidi/>
        <w:spacing w:after="4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2. מה ההבדל המרכזי בין „נס גדול היה פה” ל„נס גדול היה שם”?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נקודת המבט של המספר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מספר הנרות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שפת הכתיבה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ד. סוג השמן</w:t>
      </w:r>
    </w:p>
    <w:p>
      <w:pPr>
        <w:bidi/>
        <w:spacing w:after="4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3. מה הקשר בין חנוכה לחורף?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אין שום קשר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בחורף אסור להדליק אש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החג מוסיף אור בתקופה החשוכה בשנה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ד. בחורף אוכלים רק שמן</w:t>
      </w:r>
    </w:p>
    <w:p>
      <w:pPr>
        <w:bidi/>
        <w:spacing w:after="4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4. „הנרות הללו... אין לנו רשות להשתמש בהם אלא לראותם בלבד.” מה המסר?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נרות יקרים מדי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צריך לחסוך בחשמל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הנרות נועדו לקריאה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ד. יש דברים שערכם בעצם המבט בהם</w:t>
      </w:r>
    </w:p>
    <w:p>
      <w:pPr>
        <w:bidi/>
        <w:spacing w:after="4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5. למה, לדעתכם, נוצרו מאכלים שונים לחנוכה בקהילות שונות?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כל קהילה התאימה את המנהג למטבח ולחומרים שלה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כי היה אסור לאכול אותו מאכל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כי השמן היה שונה במקדש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ד. כי כל קהילה חגגה חג אחר</w:t>
      </w:r>
    </w:p>
    <w:p>
      <w:pPr>
        <w:bidi/>
        <w:spacing w:after="4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ב׳ – טריוויה של הסקה: 🌍 גלובליזציה – כפר עולמי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אותה משימה – בנושא אחר.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1. חברה מתכננת נעל במדינה אחת, מייצרת אותה בשנייה ומוכרת בעשר. מה זה ממחיש?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תרבות מקומית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שרשרת אספקה גלובלית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חקלאות מסורתית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ד. סחר חליפין</w:t>
      </w:r>
    </w:p>
    <w:p>
      <w:pPr>
        <w:bidi/>
        <w:spacing w:after="4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2. מדוע מעברים ימיים צרים כמו מצר מלאכה חשובים כל כך לסחר?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כי בהם המים חמים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כי אסור לעבור בהם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כי הם מקצרים דרך ועוברות בהם אוניות רבות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ד. כי בהם נמצאים כל המפעלים</w:t>
      </w:r>
    </w:p>
    <w:p>
      <w:pPr>
        <w:bidi/>
        <w:spacing w:after="4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3. איזו טענה מציגה את הגלובליזציה בצורה מאוזנת?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היא הורסת הכול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היא פותרת כל בעיה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אין לה שום השפעה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ד. היא מגדילה מבחר ותעסוקה, אך מעוררת שאלות על סביבה ותנאי עבודה</w:t>
      </w:r>
    </w:p>
    <w:p>
      <w:pPr>
        <w:bidi/>
        <w:spacing w:after="4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ג׳ – שאלת הסקה משלכם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כתבו שאלה שהתשובה עליה לא כתובה במפורש אלא מסיקים אותה, עם 3 תשובות לבחירה.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27"/>
          <w:rtl/>
          <w:szCs w:val="27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🎟️ כרטיס יציאה – טריוויה של הסקה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✍️ דבר אחד חשוב שלמדתי היום: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❓ שאלה אחת שעדיין נשארה 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טריוויה של הסקה – רגיל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