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🏆 דף תרגול: טריוויה של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הבנה והסקה. נושאים: 🌍 גלובליזציה – כפר עולמי, 🕎 כסליו–חנוכה.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טריוויה של הסקה: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הטלפון בא מהרבה מקומות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ב – הוא פותח את השאלה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ג – ההרכבה במפעל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ד – שבידה יש חלק מכל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טריוויה של הסקה: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גם דבר קטן יכול להספיק ולתת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ג – להראות סדר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שאלת הסקה משלכם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שאלת הסקה (לא איתור); תשובה נכונה אחת.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🏆 טריוויה של הסקה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מפעל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factory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завод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مصنع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עובדים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workers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рабочие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عمّال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בד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fabric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ткань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قماش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אונייה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ship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корабль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سفينة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נמל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port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ميناء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מוזיקה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music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музыка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موسيقى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language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язык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لغة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מסורת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tradition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традиция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تقليد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טריוויה של הסקה: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הקיפו תשובה.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מהו הרעיון המרכזי של הסיפור על יעל?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יעל לא אוהבת טלפונים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הטלפון בא מהרבה מקומות בעולם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החנות קטנה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יעל גרה ליד הנמל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מה תפקיד המשפט: ״יעל שאלה: מאיפה הטלפון בא?״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הוא סוגר את הסיפור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הוא פותח את השאלה של הסיפור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הוא מתאר את מזג האוויר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הוא נותן מחיר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מה קרה קודם?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הטלפון הגיע לחנות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יעל קנתה את הטלפון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ההרכבה במפעל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יעל שאלה שאלה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4. מה יעל מבינה בסוף?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שהטלפון זול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שהיא צריכה טלפון נוסף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שהחנות סגורה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שבידה יש חלק מכל העולם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טריוויה של הסקה: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אותה משימה.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מה הרעיון המרכזי בסיפור פך השמן?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שמן הוא יקר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גם דבר קטן יכול להספיק ולתת תקווה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צריך לקנות הרבה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אסור לבזבז אוכל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„קודם מדליקים את השמש, ואחר כך את הנרות.” מה תפקיד המילים „קודם” ו„אחר כך”?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להראות סיבה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להראות ניגוד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להראות סדר בזמן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להראות דוגמה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שאלת הסקה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שאלה ו-2 תשובות.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טריוויה של הסקה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טריוויה של הסקה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