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🏆 דף תרגול: טריוויה של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הבנה והסקה. נושאים: 📚 לשון, 🌾 חג הסיגד.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טריוויה של הסקה: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ב –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א – ספרים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ג – על המילה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טריוויה של הסקה: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א – כדי שכולם יבינו 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ב – חלום משותף 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שאלת הסקה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שאלת הסקה (לא איתור); תשובה נכונה אחת.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🏆 טריוויה של הסקה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טריוויה של הסקה: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הקיפו תשובה.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מה השורש של „מכתב”?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מ-כ-ת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כ-ת-ב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ת-ב-ה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איזה צירוף נכון?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ספרים חדשים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ספרים חדשה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ספרים חדש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3. איפה ה״א הידיעה בסמיכות?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על המילה הראשונה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על שתי המילים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על המילה השנייה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טריוויה של הסקה: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אותה משימה.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למה הקס מתרגם את הקריאה?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כדי שכולם יבינו 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כדי לקצר את הטקס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כי הוא שכח געז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מה נותן לקבוצה כוח בדרך הקשה?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לרוץ לבד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חלום משותף 💛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לכעוס זה על זה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שאלת הסקה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שאלה ו-2 תשובות.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טריוויה של הסקה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טריוויה של הסקה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