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💌 דף תרגול: מכתב למחר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 רגיל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רפלקציה, חוסן, כתיבה אישית. נושאים: כללי. זמן משוער: 15–25 דק׳. מסלול רגיל.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חלקי המכתב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גוף המכתב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גוף המכתב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5. 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6.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מכתב למחר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אישי: פתיחה, גוף וסיום; אין חובה לשתף.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דברים שאני גאה בהם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אישי.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💌 מכתב למחר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מסלול: רגיל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א׳ – חלקי המכתב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לכל משפט כתבו אם הוא מתאים לפתיחה, לגוף המכתב או לסיום.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למחר שלי, היום גיליתי שאני מסוגל/ת ליותר ממה שחשבתי.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קרה לי משהו קשה בהפסקה, אבל ביקשתי עזרה וזה עזר.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3. שלך תמיד – אני של היום 💛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4. בפעם הבאה אנסה לנשום עמוק לפני שאני עונה.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5. חבר/ה יקר/ה, רציתי לומר לך תודה.   ← 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6. תזכור/י: אחרי יום קשה מגיע יום חדש. להתראות!   ← 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ב׳ – מכתב למחר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מכתב קצר לעצמכם של מחר – או לחבר/ה מהכיתה. בחרו פתיח ממחסן הפתיחים.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5F3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💌 פתיחים: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למחר שלי, היום הבנתי ש…  ·  משהו שאני רוצה לזכור…  ·  טיפ קטן ממני אליך…  ·  כשיהיה קשה, תזכור/י ש…  ·  אני גאה בעצמי כי…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ג׳ – דברים שאני גאה בהם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שלושה דברים קטנים או גדולים שאתם גאים בהם השבוע.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1. 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2. 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3. 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מכתב למחר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דבר אחד חשוב שלמדתי היום: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אחת שעדיין נשארה 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מכתב למחר –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